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CA01B5" w14:paraId="462A3353" w14:textId="77777777">
        <w:trPr>
          <w:jc w:val="center"/>
        </w:trPr>
        <w:tc>
          <w:tcPr>
            <w:tcW w:w="10312" w:type="dxa"/>
            <w:tcBorders>
              <w:top w:val="single" w:sz="10" w:space="0" w:color="2FD6F7"/>
              <w:left w:val="single" w:sz="10" w:space="0" w:color="2FD6F7"/>
              <w:bottom w:val="single" w:sz="10" w:space="0" w:color="2FD6F7"/>
              <w:right w:val="single" w:sz="10" w:space="0" w:color="2FD6F7"/>
            </w:tcBorders>
            <w:shd w:val="clear" w:color="auto" w:fill="0B1530"/>
            <w:tcMar>
              <w:top w:w="210" w:type="dxa"/>
              <w:left w:w="260" w:type="dxa"/>
              <w:bottom w:w="210" w:type="dxa"/>
              <w:right w:w="260" w:type="dxa"/>
            </w:tcMar>
          </w:tcPr>
          <w:p w14:paraId="05A9C3FD" w14:textId="11862668" w:rsidR="00CA01B5" w:rsidRDefault="00000000">
            <w:pPr>
              <w:spacing w:after="40"/>
              <w:jc w:val="center"/>
            </w:pPr>
            <w:r>
              <w:rPr>
                <w:rFonts w:ascii="Aptos Display" w:eastAsia="Aptos Display" w:hAnsi="Aptos Display"/>
                <w:b/>
                <w:color w:val="FFFFFF"/>
                <w:sz w:val="36"/>
              </w:rPr>
              <w:t>ELÁLLÁSI NYILATKOZAT</w:t>
            </w:r>
          </w:p>
          <w:p w14:paraId="5CD08279" w14:textId="77777777" w:rsidR="00CA01B5" w:rsidRDefault="00000000">
            <w:pPr>
              <w:spacing w:after="0"/>
              <w:jc w:val="center"/>
            </w:pPr>
            <w:r>
              <w:rPr>
                <w:color w:val="B9C9E8"/>
                <w:sz w:val="19"/>
              </w:rPr>
              <w:t>Fogyasztó által távollévők között kötött szerződéshez</w:t>
            </w:r>
          </w:p>
        </w:tc>
      </w:tr>
    </w:tbl>
    <w:p w14:paraId="5BFFC90C" w14:textId="77777777" w:rsidR="00CA01B5" w:rsidRDefault="00000000">
      <w:pPr>
        <w:spacing w:before="160" w:after="160"/>
      </w:pPr>
      <w:r>
        <w:rPr>
          <w:color w:val="424D60"/>
          <w:sz w:val="19"/>
        </w:rPr>
        <w:t>A nyilatkozatot kitöltve küldje meg a CamControl Kft. részére e-mailben vagy postai úton. A minta használata nem kötelező; az elállási jog más egyértelmű nyilatkozattal is gyakorolható.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CA01B5" w14:paraId="49338B24" w14:textId="77777777">
        <w:trPr>
          <w:jc w:val="center"/>
        </w:trPr>
        <w:tc>
          <w:tcPr>
            <w:tcW w:w="5156" w:type="dxa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EAF0FA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ED0BFA6" w14:textId="77777777" w:rsidR="00CA01B5" w:rsidRDefault="00000000">
            <w:r>
              <w:rPr>
                <w:b/>
                <w:color w:val="183562"/>
                <w:sz w:val="19"/>
              </w:rPr>
              <w:t>CÍMZETT</w:t>
            </w:r>
          </w:p>
        </w:tc>
        <w:tc>
          <w:tcPr>
            <w:tcW w:w="5156" w:type="dxa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F8FAFD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95551E5" w14:textId="77777777" w:rsidR="00CA01B5" w:rsidRDefault="00000000">
            <w:pPr>
              <w:spacing w:after="0"/>
            </w:pPr>
            <w:r>
              <w:rPr>
                <w:color w:val="192436"/>
                <w:sz w:val="20"/>
              </w:rPr>
              <w:t>CamControl Kft.</w:t>
            </w:r>
            <w:r>
              <w:rPr>
                <w:color w:val="192436"/>
                <w:sz w:val="20"/>
              </w:rPr>
              <w:br/>
              <w:t>2161 Csomád, Kossuth Lajos út 47.</w:t>
            </w:r>
            <w:r>
              <w:rPr>
                <w:color w:val="192436"/>
                <w:sz w:val="20"/>
              </w:rPr>
              <w:br/>
              <w:t>info@camcontrol.hu</w:t>
            </w:r>
          </w:p>
        </w:tc>
      </w:tr>
    </w:tbl>
    <w:p w14:paraId="596DD2D2" w14:textId="77777777" w:rsidR="00CA01B5" w:rsidRDefault="00000000">
      <w:pPr>
        <w:spacing w:before="180" w:after="140"/>
      </w:pPr>
      <w:r>
        <w:rPr>
          <w:color w:val="192436"/>
        </w:rPr>
        <w:t>Alulírott kijelentem, hogy gyakorlom elállási jogomat az alábbi termék vagy szolgáltatás megrendelésére vonatkozóan: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1698"/>
        <w:gridCol w:w="4765"/>
        <w:gridCol w:w="391"/>
        <w:gridCol w:w="340"/>
      </w:tblGrid>
      <w:tr w:rsidR="00CA01B5" w14:paraId="768DF1C2" w14:textId="77777777">
        <w:trPr>
          <w:gridAfter w:val="2"/>
          <w:wAfter w:w="361" w:type="dxa"/>
          <w:trHeight w:val="482"/>
          <w:jc w:val="center"/>
        </w:trPr>
        <w:tc>
          <w:tcPr>
            <w:tcW w:w="3458" w:type="dxa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EAF0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53DADF6" w14:textId="77777777" w:rsidR="00CA01B5" w:rsidRDefault="00000000">
            <w:pPr>
              <w:spacing w:after="0"/>
            </w:pPr>
            <w:r>
              <w:rPr>
                <w:b/>
                <w:color w:val="183562"/>
                <w:sz w:val="19"/>
              </w:rPr>
              <w:t>Megrendelt termék / szolgáltatás neve</w:t>
            </w:r>
          </w:p>
        </w:tc>
        <w:tc>
          <w:tcPr>
            <w:tcW w:w="6463" w:type="dxa"/>
            <w:gridSpan w:val="2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F8FAF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A4790E2" w14:textId="162BC6B1" w:rsidR="00CA01B5" w:rsidRDefault="00CA01B5">
            <w:pPr>
              <w:spacing w:after="0"/>
            </w:pPr>
          </w:p>
        </w:tc>
      </w:tr>
      <w:tr w:rsidR="00CA01B5" w14:paraId="2493AF08" w14:textId="77777777">
        <w:trPr>
          <w:gridAfter w:val="2"/>
          <w:wAfter w:w="361" w:type="dxa"/>
          <w:trHeight w:val="408"/>
          <w:jc w:val="center"/>
        </w:trPr>
        <w:tc>
          <w:tcPr>
            <w:tcW w:w="3458" w:type="dxa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EAF0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E80A081" w14:textId="77777777" w:rsidR="00CA01B5" w:rsidRDefault="00000000">
            <w:pPr>
              <w:spacing w:after="0"/>
            </w:pPr>
            <w:r>
              <w:rPr>
                <w:b/>
                <w:color w:val="183562"/>
                <w:sz w:val="19"/>
              </w:rPr>
              <w:t>Megrendelés dátuma</w:t>
            </w:r>
          </w:p>
        </w:tc>
        <w:tc>
          <w:tcPr>
            <w:tcW w:w="6463" w:type="dxa"/>
            <w:gridSpan w:val="2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F8FAF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79A469C" w14:textId="33EC193D" w:rsidR="00CA01B5" w:rsidRDefault="00CA01B5">
            <w:pPr>
              <w:spacing w:after="0"/>
            </w:pPr>
          </w:p>
        </w:tc>
      </w:tr>
      <w:tr w:rsidR="00CA01B5" w14:paraId="0F9E1FCD" w14:textId="77777777">
        <w:trPr>
          <w:gridAfter w:val="2"/>
          <w:wAfter w:w="361" w:type="dxa"/>
          <w:trHeight w:val="408"/>
          <w:jc w:val="center"/>
        </w:trPr>
        <w:tc>
          <w:tcPr>
            <w:tcW w:w="3458" w:type="dxa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EAF0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0AE9002" w14:textId="77777777" w:rsidR="00CA01B5" w:rsidRDefault="00000000">
            <w:pPr>
              <w:spacing w:after="0"/>
            </w:pPr>
            <w:r>
              <w:rPr>
                <w:b/>
                <w:color w:val="183562"/>
                <w:sz w:val="19"/>
              </w:rPr>
              <w:t>Vásárló neve</w:t>
            </w:r>
          </w:p>
        </w:tc>
        <w:tc>
          <w:tcPr>
            <w:tcW w:w="6463" w:type="dxa"/>
            <w:gridSpan w:val="2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F8FAF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3D78F37" w14:textId="03910C7C" w:rsidR="00CA01B5" w:rsidRDefault="00CA01B5">
            <w:pPr>
              <w:spacing w:after="0"/>
            </w:pPr>
          </w:p>
        </w:tc>
      </w:tr>
      <w:tr w:rsidR="00CA01B5" w14:paraId="7B453A79" w14:textId="77777777">
        <w:trPr>
          <w:gridAfter w:val="2"/>
          <w:wAfter w:w="361" w:type="dxa"/>
          <w:trHeight w:val="482"/>
          <w:jc w:val="center"/>
        </w:trPr>
        <w:tc>
          <w:tcPr>
            <w:tcW w:w="3458" w:type="dxa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EAF0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036C7C0" w14:textId="77777777" w:rsidR="00CA01B5" w:rsidRDefault="00000000">
            <w:pPr>
              <w:spacing w:after="0"/>
            </w:pPr>
            <w:r>
              <w:rPr>
                <w:b/>
                <w:color w:val="183562"/>
                <w:sz w:val="19"/>
              </w:rPr>
              <w:t>Vásárló címe</w:t>
            </w:r>
          </w:p>
        </w:tc>
        <w:tc>
          <w:tcPr>
            <w:tcW w:w="6463" w:type="dxa"/>
            <w:gridSpan w:val="2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F8FAF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099E725" w14:textId="6E98A3EC" w:rsidR="00CA01B5" w:rsidRDefault="00CA01B5">
            <w:pPr>
              <w:spacing w:after="0"/>
            </w:pPr>
          </w:p>
        </w:tc>
      </w:tr>
      <w:tr w:rsidR="00CA01B5" w14:paraId="30DBC1E0" w14:textId="77777777">
        <w:trPr>
          <w:gridAfter w:val="2"/>
          <w:wAfter w:w="361" w:type="dxa"/>
          <w:trHeight w:val="408"/>
          <w:jc w:val="center"/>
        </w:trPr>
        <w:tc>
          <w:tcPr>
            <w:tcW w:w="3458" w:type="dxa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EAF0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9E13177" w14:textId="77777777" w:rsidR="00CA01B5" w:rsidRDefault="00000000">
            <w:pPr>
              <w:spacing w:after="0"/>
            </w:pPr>
            <w:r>
              <w:rPr>
                <w:b/>
                <w:color w:val="183562"/>
                <w:sz w:val="19"/>
              </w:rPr>
              <w:t>Vásárló e-mail-címe</w:t>
            </w:r>
          </w:p>
        </w:tc>
        <w:tc>
          <w:tcPr>
            <w:tcW w:w="6463" w:type="dxa"/>
            <w:gridSpan w:val="2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F8FAF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F335F4C" w14:textId="17FE69C1" w:rsidR="00CA01B5" w:rsidRDefault="00CA01B5">
            <w:pPr>
              <w:spacing w:after="0"/>
            </w:pPr>
          </w:p>
        </w:tc>
      </w:tr>
      <w:tr w:rsidR="00CA01B5" w14:paraId="3A44C9B3" w14:textId="77777777">
        <w:trPr>
          <w:gridAfter w:val="2"/>
          <w:wAfter w:w="361" w:type="dxa"/>
          <w:trHeight w:val="408"/>
          <w:jc w:val="center"/>
        </w:trPr>
        <w:tc>
          <w:tcPr>
            <w:tcW w:w="3458" w:type="dxa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EAF0F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9A96AFD" w14:textId="77777777" w:rsidR="00CA01B5" w:rsidRDefault="00000000">
            <w:pPr>
              <w:spacing w:after="0"/>
            </w:pPr>
            <w:r>
              <w:rPr>
                <w:b/>
                <w:color w:val="183562"/>
                <w:sz w:val="19"/>
              </w:rPr>
              <w:t>Kelt</w:t>
            </w:r>
          </w:p>
        </w:tc>
        <w:tc>
          <w:tcPr>
            <w:tcW w:w="6463" w:type="dxa"/>
            <w:gridSpan w:val="2"/>
            <w:tcBorders>
              <w:top w:val="single" w:sz="6" w:space="0" w:color="B7C5DD"/>
              <w:left w:val="single" w:sz="6" w:space="0" w:color="B7C5DD"/>
              <w:bottom w:val="single" w:sz="6" w:space="0" w:color="B7C5DD"/>
              <w:right w:val="single" w:sz="6" w:space="0" w:color="B7C5DD"/>
            </w:tcBorders>
            <w:shd w:val="clear" w:color="auto" w:fill="F8FAF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37A6A16" w14:textId="48EB591C" w:rsidR="00CA01B5" w:rsidRDefault="00CA01B5">
            <w:pPr>
              <w:spacing w:after="0"/>
            </w:pPr>
          </w:p>
        </w:tc>
      </w:tr>
      <w:tr w:rsidR="00CA01B5" w14:paraId="19AD8E0F" w14:textId="77777777">
        <w:trPr>
          <w:gridAfter w:val="1"/>
          <w:wAfter w:w="340" w:type="dxa"/>
          <w:jc w:val="center"/>
        </w:trPr>
        <w:tc>
          <w:tcPr>
            <w:tcW w:w="51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120" w:type="dxa"/>
              <w:bottom w:w="100" w:type="dxa"/>
              <w:right w:w="120" w:type="dxa"/>
            </w:tcMar>
          </w:tcPr>
          <w:p w14:paraId="7BFAADAB" w14:textId="77777777" w:rsidR="00CA01B5" w:rsidRDefault="00000000">
            <w:pPr>
              <w:spacing w:before="300"/>
              <w:jc w:val="center"/>
            </w:pPr>
            <w:r>
              <w:rPr>
                <w:color w:val="505A69"/>
                <w:sz w:val="20"/>
              </w:rPr>
              <w:t>________________________________</w:t>
            </w:r>
          </w:p>
          <w:p w14:paraId="5AE56A90" w14:textId="77777777" w:rsidR="00CA01B5" w:rsidRDefault="00000000">
            <w:pPr>
              <w:spacing w:after="0"/>
              <w:jc w:val="center"/>
            </w:pPr>
            <w:r>
              <w:rPr>
                <w:color w:val="5C6A80"/>
                <w:sz w:val="17"/>
              </w:rPr>
              <w:t>fogyasztó aláírása</w:t>
            </w:r>
          </w:p>
        </w:tc>
        <w:tc>
          <w:tcPr>
            <w:tcW w:w="51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120" w:type="dxa"/>
              <w:bottom w:w="100" w:type="dxa"/>
              <w:right w:w="120" w:type="dxa"/>
            </w:tcMar>
          </w:tcPr>
          <w:p w14:paraId="2E35F074" w14:textId="77777777" w:rsidR="00CA01B5" w:rsidRDefault="00000000">
            <w:pPr>
              <w:spacing w:before="300"/>
              <w:jc w:val="center"/>
            </w:pPr>
            <w:r>
              <w:rPr>
                <w:color w:val="505A69"/>
                <w:sz w:val="20"/>
              </w:rPr>
              <w:t>________________________________</w:t>
            </w:r>
          </w:p>
          <w:p w14:paraId="66565952" w14:textId="77777777" w:rsidR="00CA01B5" w:rsidRDefault="00000000">
            <w:pPr>
              <w:spacing w:after="0"/>
              <w:jc w:val="center"/>
            </w:pPr>
            <w:r>
              <w:rPr>
                <w:color w:val="5C6A80"/>
                <w:sz w:val="17"/>
              </w:rPr>
              <w:t>dátum</w:t>
            </w:r>
          </w:p>
        </w:tc>
      </w:tr>
      <w:tr w:rsidR="00CA01B5" w14:paraId="68E06D03" w14:textId="77777777">
        <w:trPr>
          <w:jc w:val="center"/>
        </w:trPr>
        <w:tc>
          <w:tcPr>
            <w:tcW w:w="10312" w:type="dxa"/>
            <w:gridSpan w:val="5"/>
            <w:tcBorders>
              <w:top w:val="single" w:sz="6" w:space="0" w:color="9BB5D8"/>
              <w:left w:val="single" w:sz="18" w:space="0" w:color="2447C4"/>
              <w:bottom w:val="single" w:sz="6" w:space="0" w:color="9BB5D8"/>
              <w:right w:val="single" w:sz="6" w:space="0" w:color="9BB5D8"/>
            </w:tcBorders>
            <w:shd w:val="clear" w:color="auto" w:fill="F1F6FC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322FA52D" w14:textId="77777777" w:rsidR="00CA01B5" w:rsidRDefault="00000000">
            <w:pPr>
              <w:spacing w:after="0"/>
            </w:pPr>
            <w:r>
              <w:rPr>
                <w:i/>
                <w:color w:val="24416F"/>
                <w:sz w:val="18"/>
              </w:rPr>
              <w:t>Elektronikus úton, például e-mailben megküldött nyilatkozat esetén kézi aláírás nem szükséges.</w:t>
            </w:r>
          </w:p>
        </w:tc>
      </w:tr>
    </w:tbl>
    <w:p w14:paraId="04C2F8BD" w14:textId="77777777" w:rsidR="00AE66FF" w:rsidRDefault="00AE66FF"/>
    <w:sectPr w:rsidR="00AE66FF" w:rsidSect="00034616">
      <w:headerReference w:type="default" r:id="rId8"/>
      <w:footerReference w:type="default" r:id="rId9"/>
      <w:pgSz w:w="12240" w:h="15840"/>
      <w:pgMar w:top="879" w:right="964" w:bottom="822" w:left="964" w:header="340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8BE30" w14:textId="77777777" w:rsidR="00AE66FF" w:rsidRDefault="00AE66FF">
      <w:pPr>
        <w:spacing w:after="0" w:line="240" w:lineRule="auto"/>
      </w:pPr>
      <w:r>
        <w:separator/>
      </w:r>
    </w:p>
  </w:endnote>
  <w:endnote w:type="continuationSeparator" w:id="0">
    <w:p w14:paraId="00F4DE88" w14:textId="77777777" w:rsidR="00AE66FF" w:rsidRDefault="00AE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A4B0C" w14:textId="77777777" w:rsidR="00CA01B5" w:rsidRDefault="00000000">
    <w:pPr>
      <w:pStyle w:val="llb"/>
      <w:jc w:val="center"/>
    </w:pPr>
    <w:r>
      <w:rPr>
        <w:color w:val="6E7A8C"/>
        <w:sz w:val="16"/>
      </w:rPr>
      <w:t>CamControl Kft.  •  Elállási nyilatkozatminta  •  Hatályos: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40A10" w14:textId="77777777" w:rsidR="00AE66FF" w:rsidRDefault="00AE66FF">
      <w:pPr>
        <w:spacing w:after="0" w:line="240" w:lineRule="auto"/>
      </w:pPr>
      <w:r>
        <w:separator/>
      </w:r>
    </w:p>
  </w:footnote>
  <w:footnote w:type="continuationSeparator" w:id="0">
    <w:p w14:paraId="1164CC2E" w14:textId="77777777" w:rsidR="00AE66FF" w:rsidRDefault="00AE6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9F83" w14:textId="77777777" w:rsidR="00CA01B5" w:rsidRDefault="00000000">
    <w:pPr>
      <w:pStyle w:val="lfej"/>
      <w:jc w:val="right"/>
    </w:pPr>
    <w:r>
      <w:rPr>
        <w:rFonts w:ascii="Aptos Display" w:eastAsia="Aptos Display" w:hAnsi="Aptos Display"/>
        <w:b/>
        <w:color w:val="2447C4"/>
        <w:sz w:val="17"/>
      </w:rPr>
      <w:t>CAMCONTROL  |  FROM CAMERAS TO COMPLIANCE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066648">
    <w:abstractNumId w:val="8"/>
  </w:num>
  <w:num w:numId="2" w16cid:durableId="1842501814">
    <w:abstractNumId w:val="6"/>
  </w:num>
  <w:num w:numId="3" w16cid:durableId="132332771">
    <w:abstractNumId w:val="5"/>
  </w:num>
  <w:num w:numId="4" w16cid:durableId="688064795">
    <w:abstractNumId w:val="4"/>
  </w:num>
  <w:num w:numId="5" w16cid:durableId="263805343">
    <w:abstractNumId w:val="7"/>
  </w:num>
  <w:num w:numId="6" w16cid:durableId="222496695">
    <w:abstractNumId w:val="3"/>
  </w:num>
  <w:num w:numId="7" w16cid:durableId="2117557874">
    <w:abstractNumId w:val="2"/>
  </w:num>
  <w:num w:numId="8" w16cid:durableId="508953997">
    <w:abstractNumId w:val="1"/>
  </w:num>
  <w:num w:numId="9" w16cid:durableId="108961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68BC"/>
    <w:rsid w:val="0015074B"/>
    <w:rsid w:val="0029639D"/>
    <w:rsid w:val="00313154"/>
    <w:rsid w:val="00326F90"/>
    <w:rsid w:val="00AA1D8D"/>
    <w:rsid w:val="00AE66FF"/>
    <w:rsid w:val="00B47730"/>
    <w:rsid w:val="00CA01B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6D462"/>
  <w14:defaultImageDpi w14:val="300"/>
  <w15:docId w15:val="{EE343DBE-2A08-44E5-A94E-25E7CBF7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00" w:line="259" w:lineRule="auto"/>
    </w:pPr>
    <w:rPr>
      <w:rFonts w:ascii="Aptos" w:eastAsia="Aptos" w:hAnsi="Aptos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Elállási nyilatkozatminta</dc:title>
  <dc:subject>CamControl Kft. elállási nyilatkozatminta</dc:subject>
  <dc:creator>CamControl Kft.</dc:creator>
  <cp:keywords>elállás, nyilatkozatminta, fogyasztó, CamControl</cp:keywords>
  <dc:description>Szerkeszthető nyilatkozatminta a CamControl Kft. részére.</dc:description>
  <cp:lastModifiedBy>Patricia Farkas</cp:lastModifiedBy>
  <cp:revision>2</cp:revision>
  <dcterms:created xsi:type="dcterms:W3CDTF">2013-12-23T23:15:00Z</dcterms:created>
  <dcterms:modified xsi:type="dcterms:W3CDTF">2026-07-06T14:42:00Z</dcterms:modified>
  <cp:category/>
</cp:coreProperties>
</file>